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4C024" w14:textId="4C6367C9" w:rsidR="00B56827" w:rsidRPr="00B56827" w:rsidRDefault="00B56827" w:rsidP="00B56827">
      <w:pPr>
        <w:spacing w:before="100" w:beforeAutospacing="1" w:after="100" w:afterAutospacing="1" w:line="360" w:lineRule="auto"/>
        <w:jc w:val="right"/>
        <w:outlineLvl w:val="1"/>
        <w:rPr>
          <w:rFonts w:ascii="Arial" w:eastAsia="Times New Roman" w:hAnsi="Arial" w:cs="Arial"/>
          <w:b/>
          <w:bCs/>
          <w:sz w:val="36"/>
          <w:szCs w:val="36"/>
          <w:lang w:val="en-GB" w:eastAsia="en-GB"/>
        </w:rPr>
      </w:pPr>
      <w:r w:rsidRPr="00B56827">
        <w:rPr>
          <w:rFonts w:ascii="Arial" w:eastAsia="Times New Roman" w:hAnsi="Arial" w:cs="Arial"/>
          <w:b/>
          <w:bCs/>
          <w:sz w:val="36"/>
          <w:szCs w:val="36"/>
          <w:lang w:val="en-GB" w:eastAsia="en-GB"/>
        </w:rPr>
        <w:t>CLH1</w:t>
      </w:r>
    </w:p>
    <w:p w14:paraId="3E4F17AC" w14:textId="4F491C6F" w:rsidR="000B463E" w:rsidRDefault="000B463E" w:rsidP="00B56827">
      <w:pPr>
        <w:spacing w:before="100" w:beforeAutospacing="1" w:after="100" w:afterAutospacing="1" w:line="360" w:lineRule="auto"/>
        <w:jc w:val="center"/>
        <w:outlineLvl w:val="1"/>
        <w:rPr>
          <w:rFonts w:ascii="Arial" w:eastAsia="Times New Roman" w:hAnsi="Arial" w:cs="Arial"/>
          <w:b/>
          <w:bCs/>
          <w:sz w:val="23"/>
          <w:szCs w:val="23"/>
          <w:u w:val="single"/>
          <w:lang w:val="en-GB" w:eastAsia="en-GB"/>
        </w:rPr>
      </w:pPr>
      <w:r w:rsidRPr="00B56827">
        <w:rPr>
          <w:rFonts w:ascii="Arial" w:eastAsia="Times New Roman" w:hAnsi="Arial" w:cs="Arial"/>
          <w:b/>
          <w:bCs/>
          <w:sz w:val="23"/>
          <w:szCs w:val="23"/>
          <w:u w:val="single"/>
          <w:lang w:val="en-GB" w:eastAsia="en-GB"/>
        </w:rPr>
        <w:t>Application Form for a Certificate of Local Housing Need</w:t>
      </w:r>
    </w:p>
    <w:p w14:paraId="7B4BFA59" w14:textId="77777777" w:rsidR="000B463E" w:rsidRP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Lake District National Park Authority</w:t>
      </w:r>
    </w:p>
    <w:p w14:paraId="2CD01282" w14:textId="4AD3BDFD" w:rsidR="000B463E" w:rsidRP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Please complete this form to apply for a certificate confirming your local housing need. The information you provide will only be used to assess your application.</w:t>
      </w:r>
      <w:r w:rsidR="0098215F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Please make sure that you fill out all parts of the form</w:t>
      </w:r>
      <w:r w:rsidR="00D029D2">
        <w:rPr>
          <w:rFonts w:ascii="Arial" w:eastAsia="Times New Roman" w:hAnsi="Arial" w:cs="Arial"/>
          <w:sz w:val="23"/>
          <w:szCs w:val="23"/>
          <w:lang w:val="en-GB" w:eastAsia="en-GB"/>
        </w:rPr>
        <w:t>, and answer all questions</w:t>
      </w:r>
      <w:r w:rsidR="0098215F">
        <w:rPr>
          <w:rFonts w:ascii="Arial" w:eastAsia="Times New Roman" w:hAnsi="Arial" w:cs="Arial"/>
          <w:sz w:val="23"/>
          <w:szCs w:val="23"/>
          <w:lang w:val="en-GB" w:eastAsia="en-GB"/>
        </w:rPr>
        <w:t>.</w:t>
      </w:r>
    </w:p>
    <w:p w14:paraId="4562C78A" w14:textId="77777777" w:rsidR="000B463E" w:rsidRPr="000B463E" w:rsidRDefault="000B463E" w:rsidP="00981E74">
      <w:pPr>
        <w:spacing w:before="100" w:beforeAutospacing="1" w:after="100" w:afterAutospacing="1" w:line="360" w:lineRule="auto"/>
        <w:outlineLvl w:val="2"/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Declaration</w:t>
      </w:r>
    </w:p>
    <w:p w14:paraId="798DC974" w14:textId="77777777" w:rsid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sz w:val="23"/>
          <w:szCs w:val="23"/>
          <w:u w:val="single"/>
          <w:lang w:val="en-GB" w:eastAsia="en-GB"/>
        </w:rPr>
      </w:pPr>
      <w:r w:rsidRPr="00726AAB">
        <w:rPr>
          <w:rFonts w:ascii="Arial" w:eastAsia="Times New Roman" w:hAnsi="Arial" w:cs="Arial"/>
          <w:b/>
          <w:bCs/>
          <w:sz w:val="23"/>
          <w:szCs w:val="23"/>
          <w:u w:val="single"/>
          <w:lang w:val="en-GB" w:eastAsia="en-GB"/>
        </w:rPr>
        <w:t>I/we confirm that the information provided is accurate and up to date. I/we understand that giving false information may result in prosecution under the Fraud Act 2006.</w:t>
      </w:r>
    </w:p>
    <w:p w14:paraId="7C0678AD" w14:textId="77777777" w:rsidR="00726AAB" w:rsidRPr="00726AAB" w:rsidRDefault="00726AAB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sz w:val="23"/>
          <w:szCs w:val="23"/>
          <w:u w:val="single"/>
          <w:lang w:val="en-GB" w:eastAsia="en-GB"/>
        </w:rPr>
      </w:pPr>
    </w:p>
    <w:p w14:paraId="4F765C8D" w14:textId="77777777" w:rsidR="000B463E" w:rsidRP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Signature (Applicant 1):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____________________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Date: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__________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Signature (Applicant 2):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____________________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Date: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__________</w:t>
      </w:r>
    </w:p>
    <w:p w14:paraId="0AC97F58" w14:textId="77777777" w:rsidR="000B463E" w:rsidRPr="000B463E" w:rsidRDefault="00917D15" w:rsidP="00981E74">
      <w:pPr>
        <w:spacing w:after="0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sz w:val="23"/>
          <w:szCs w:val="23"/>
          <w:lang w:val="en-GB" w:eastAsia="en-GB"/>
        </w:rPr>
        <w:pict w14:anchorId="3DB808A5">
          <v:rect id="_x0000_i1026" style="width:0;height:1.5pt" o:hralign="center" o:hrstd="t" o:hr="t" fillcolor="#a0a0a0" stroked="f"/>
        </w:pict>
      </w:r>
    </w:p>
    <w:p w14:paraId="357DFFAC" w14:textId="77777777" w:rsidR="00B17FF0" w:rsidRDefault="00B17FF0">
      <w:pP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br w:type="page"/>
      </w:r>
    </w:p>
    <w:p w14:paraId="6F26F895" w14:textId="741A716B" w:rsidR="000B463E" w:rsidRPr="000B463E" w:rsidRDefault="000B463E" w:rsidP="00981E74">
      <w:pPr>
        <w:spacing w:before="100" w:beforeAutospacing="1" w:after="100" w:afterAutospacing="1" w:line="360" w:lineRule="auto"/>
        <w:outlineLvl w:val="2"/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lastRenderedPageBreak/>
        <w:t>Part 1: Personal Details</w:t>
      </w:r>
    </w:p>
    <w:p w14:paraId="451B4D03" w14:textId="77777777" w:rsidR="000B463E" w:rsidRP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Applicant 1 (Main Contact)</w:t>
      </w:r>
    </w:p>
    <w:p w14:paraId="4E221566" w14:textId="1B1281F3" w:rsidR="008B63BF" w:rsidRPr="008B63BF" w:rsidRDefault="008B63BF" w:rsidP="00981E74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Title:</w:t>
      </w:r>
      <w:r>
        <w:rPr>
          <w:rFonts w:ascii="Arial" w:eastAsia="Times New Roman" w:hAnsi="Arial" w:cs="Arial"/>
          <w:sz w:val="23"/>
          <w:szCs w:val="23"/>
          <w:lang w:val="en-GB" w:eastAsia="en-GB"/>
        </w:rPr>
        <w:t xml:space="preserve"> ______</w:t>
      </w:r>
    </w:p>
    <w:p w14:paraId="436640AF" w14:textId="7CB1DAC1" w:rsidR="000B463E" w:rsidRPr="000B463E" w:rsidRDefault="000B463E" w:rsidP="00981E74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Full Name:</w:t>
      </w:r>
      <w:r w:rsidR="00312559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C84109">
        <w:rPr>
          <w:rFonts w:ascii="Arial" w:eastAsia="Times New Roman" w:hAnsi="Arial" w:cs="Arial"/>
          <w:sz w:val="23"/>
          <w:szCs w:val="23"/>
          <w:lang w:val="en-GB" w:eastAsia="en-GB"/>
        </w:rPr>
        <w:t>_______</w:t>
      </w:r>
      <w:r w:rsidR="00312559">
        <w:rPr>
          <w:rFonts w:ascii="Arial" w:eastAsia="Times New Roman" w:hAnsi="Arial" w:cs="Arial"/>
          <w:sz w:val="23"/>
          <w:szCs w:val="23"/>
          <w:lang w:val="en-GB" w:eastAsia="en-GB"/>
        </w:rPr>
        <w:t>_____________________________________________</w:t>
      </w:r>
    </w:p>
    <w:p w14:paraId="6E133664" w14:textId="5C569B04" w:rsidR="000B463E" w:rsidRPr="000B463E" w:rsidRDefault="000B463E" w:rsidP="00981E74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Date of Birth:</w:t>
      </w:r>
      <w:r w:rsidR="00312559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C84109">
        <w:rPr>
          <w:rFonts w:ascii="Arial" w:eastAsia="Times New Roman" w:hAnsi="Arial" w:cs="Arial"/>
          <w:sz w:val="23"/>
          <w:szCs w:val="23"/>
          <w:lang w:val="en-GB" w:eastAsia="en-GB"/>
        </w:rPr>
        <w:t>__/__/____</w:t>
      </w:r>
    </w:p>
    <w:p w14:paraId="303EC3F4" w14:textId="3D4D5892" w:rsidR="00981E74" w:rsidRPr="00981E74" w:rsidRDefault="000B463E" w:rsidP="00981E74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Curren</w:t>
      </w:r>
      <w:r w:rsidR="000F04C1">
        <w:rPr>
          <w:rFonts w:ascii="Arial" w:eastAsia="Times New Roman" w:hAnsi="Arial" w:cs="Arial"/>
          <w:sz w:val="23"/>
          <w:szCs w:val="23"/>
          <w:lang w:val="en-GB" w:eastAsia="en-GB"/>
        </w:rPr>
        <w:t>t Address</w:t>
      </w:r>
      <w:r w:rsidR="00981E74">
        <w:rPr>
          <w:rFonts w:ascii="Arial" w:eastAsia="Times New Roman" w:hAnsi="Arial" w:cs="Arial"/>
          <w:sz w:val="23"/>
          <w:szCs w:val="23"/>
          <w:lang w:val="en-GB" w:eastAsia="en-GB"/>
        </w:rPr>
        <w:t>:</w:t>
      </w:r>
      <w:r w:rsidR="000F04C1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981E74" w:rsidRPr="00981E74">
        <w:rPr>
          <w:rFonts w:ascii="Arial" w:eastAsia="Times New Roman" w:hAnsi="Arial" w:cs="Arial"/>
          <w:sz w:val="23"/>
          <w:szCs w:val="23"/>
          <w:lang w:val="en-GB" w:eastAsia="en-GB"/>
        </w:rPr>
        <w:t>_______________________________________________________________________________________________________________________________________________________________________________________</w:t>
      </w:r>
    </w:p>
    <w:p w14:paraId="01BB4454" w14:textId="40E21C8C" w:rsidR="000B463E" w:rsidRPr="000B463E" w:rsidRDefault="000B463E" w:rsidP="00981E74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Home Phone:</w:t>
      </w:r>
      <w:r w:rsidR="00726AAB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________________</w:t>
      </w:r>
    </w:p>
    <w:p w14:paraId="0838EEB6" w14:textId="368E24B2" w:rsidR="000B463E" w:rsidRPr="000B463E" w:rsidRDefault="000B463E" w:rsidP="00981E74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Mobile Phone:</w:t>
      </w:r>
      <w:r w:rsidR="00726AAB">
        <w:rPr>
          <w:rFonts w:ascii="Arial" w:eastAsia="Times New Roman" w:hAnsi="Arial" w:cs="Arial"/>
          <w:sz w:val="23"/>
          <w:szCs w:val="23"/>
          <w:lang w:val="en-GB" w:eastAsia="en-GB"/>
        </w:rPr>
        <w:t>________________</w:t>
      </w:r>
    </w:p>
    <w:p w14:paraId="0B2A6555" w14:textId="370D22B0" w:rsidR="000B463E" w:rsidRPr="000B463E" w:rsidRDefault="000B463E" w:rsidP="00981E74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Email:</w:t>
      </w:r>
      <w:r w:rsidR="00726AAB">
        <w:rPr>
          <w:rFonts w:ascii="Arial" w:eastAsia="Times New Roman" w:hAnsi="Arial" w:cs="Arial"/>
          <w:sz w:val="23"/>
          <w:szCs w:val="23"/>
          <w:lang w:val="en-GB" w:eastAsia="en-GB"/>
        </w:rPr>
        <w:t>___________________________________</w:t>
      </w:r>
    </w:p>
    <w:p w14:paraId="747E3499" w14:textId="448BFFB1" w:rsidR="000B463E" w:rsidRPr="000B463E" w:rsidRDefault="000B463E" w:rsidP="00981E74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Number and ages of dependent children:</w:t>
      </w:r>
      <w:r w:rsidR="00726AAB">
        <w:rPr>
          <w:rFonts w:ascii="Arial" w:eastAsia="Times New Roman" w:hAnsi="Arial" w:cs="Arial"/>
          <w:sz w:val="23"/>
          <w:szCs w:val="23"/>
          <w:lang w:val="en-GB" w:eastAsia="en-GB"/>
        </w:rPr>
        <w:t>_____</w:t>
      </w:r>
    </w:p>
    <w:p w14:paraId="28B4D483" w14:textId="77777777" w:rsidR="000B463E" w:rsidRP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Applicant 2 (if applicable)</w:t>
      </w:r>
    </w:p>
    <w:p w14:paraId="352A9725" w14:textId="77777777" w:rsidR="00726AAB" w:rsidRPr="008B63BF" w:rsidRDefault="00726AAB" w:rsidP="00726AAB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Title:</w:t>
      </w:r>
      <w:r>
        <w:rPr>
          <w:rFonts w:ascii="Arial" w:eastAsia="Times New Roman" w:hAnsi="Arial" w:cs="Arial"/>
          <w:sz w:val="23"/>
          <w:szCs w:val="23"/>
          <w:lang w:val="en-GB" w:eastAsia="en-GB"/>
        </w:rPr>
        <w:t xml:space="preserve"> ______</w:t>
      </w:r>
    </w:p>
    <w:p w14:paraId="3DF536D7" w14:textId="77777777" w:rsidR="00726AAB" w:rsidRPr="000B463E" w:rsidRDefault="00726AAB" w:rsidP="00726AAB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Full Name:</w:t>
      </w:r>
      <w:r>
        <w:rPr>
          <w:rFonts w:ascii="Arial" w:eastAsia="Times New Roman" w:hAnsi="Arial" w:cs="Arial"/>
          <w:sz w:val="23"/>
          <w:szCs w:val="23"/>
          <w:lang w:val="en-GB" w:eastAsia="en-GB"/>
        </w:rPr>
        <w:t xml:space="preserve"> ____________________________________________________</w:t>
      </w:r>
    </w:p>
    <w:p w14:paraId="0345B7A1" w14:textId="77777777" w:rsidR="00726AAB" w:rsidRPr="000B463E" w:rsidRDefault="00726AAB" w:rsidP="00726AAB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Date of Birth:</w:t>
      </w:r>
      <w:r>
        <w:rPr>
          <w:rFonts w:ascii="Arial" w:eastAsia="Times New Roman" w:hAnsi="Arial" w:cs="Arial"/>
          <w:sz w:val="23"/>
          <w:szCs w:val="23"/>
          <w:lang w:val="en-GB" w:eastAsia="en-GB"/>
        </w:rPr>
        <w:t xml:space="preserve"> __/__/____</w:t>
      </w:r>
    </w:p>
    <w:p w14:paraId="24A24B4B" w14:textId="77777777" w:rsidR="00726AAB" w:rsidRPr="00981E74" w:rsidRDefault="00726AAB" w:rsidP="00726AAB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Curren</w:t>
      </w:r>
      <w:r>
        <w:rPr>
          <w:rFonts w:ascii="Arial" w:eastAsia="Times New Roman" w:hAnsi="Arial" w:cs="Arial"/>
          <w:sz w:val="23"/>
          <w:szCs w:val="23"/>
          <w:lang w:val="en-GB" w:eastAsia="en-GB"/>
        </w:rPr>
        <w:t xml:space="preserve">t Address: </w:t>
      </w:r>
      <w:r w:rsidRPr="00981E74">
        <w:rPr>
          <w:rFonts w:ascii="Arial" w:eastAsia="Times New Roman" w:hAnsi="Arial" w:cs="Arial"/>
          <w:sz w:val="23"/>
          <w:szCs w:val="23"/>
          <w:lang w:val="en-GB" w:eastAsia="en-GB"/>
        </w:rPr>
        <w:t>_______________________________________________________________________________________________________________________________________________________________________________________</w:t>
      </w:r>
    </w:p>
    <w:p w14:paraId="012F51BF" w14:textId="77777777" w:rsidR="00726AAB" w:rsidRPr="000B463E" w:rsidRDefault="00726AAB" w:rsidP="00726AAB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Home Phone:</w:t>
      </w:r>
      <w:r>
        <w:rPr>
          <w:rFonts w:ascii="Arial" w:eastAsia="Times New Roman" w:hAnsi="Arial" w:cs="Arial"/>
          <w:sz w:val="23"/>
          <w:szCs w:val="23"/>
          <w:lang w:val="en-GB" w:eastAsia="en-GB"/>
        </w:rPr>
        <w:t xml:space="preserve"> ________________</w:t>
      </w:r>
    </w:p>
    <w:p w14:paraId="0F5FBA2C" w14:textId="77777777" w:rsidR="00726AAB" w:rsidRPr="000B463E" w:rsidRDefault="00726AAB" w:rsidP="00726AAB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Mobile Phone:</w:t>
      </w:r>
      <w:r>
        <w:rPr>
          <w:rFonts w:ascii="Arial" w:eastAsia="Times New Roman" w:hAnsi="Arial" w:cs="Arial"/>
          <w:sz w:val="23"/>
          <w:szCs w:val="23"/>
          <w:lang w:val="en-GB" w:eastAsia="en-GB"/>
        </w:rPr>
        <w:t>________________</w:t>
      </w:r>
    </w:p>
    <w:p w14:paraId="6675DCC9" w14:textId="77777777" w:rsidR="00726AAB" w:rsidRPr="000B463E" w:rsidRDefault="00726AAB" w:rsidP="00726AAB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Email:</w:t>
      </w:r>
      <w:r>
        <w:rPr>
          <w:rFonts w:ascii="Arial" w:eastAsia="Times New Roman" w:hAnsi="Arial" w:cs="Arial"/>
          <w:sz w:val="23"/>
          <w:szCs w:val="23"/>
          <w:lang w:val="en-GB" w:eastAsia="en-GB"/>
        </w:rPr>
        <w:t>___________________________________</w:t>
      </w:r>
    </w:p>
    <w:p w14:paraId="52A3F634" w14:textId="77777777" w:rsidR="00726AAB" w:rsidRPr="000B463E" w:rsidRDefault="00726AAB" w:rsidP="00726AAB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Number and ages of dependent children:</w:t>
      </w:r>
      <w:r>
        <w:rPr>
          <w:rFonts w:ascii="Arial" w:eastAsia="Times New Roman" w:hAnsi="Arial" w:cs="Arial"/>
          <w:sz w:val="23"/>
          <w:szCs w:val="23"/>
          <w:lang w:val="en-GB" w:eastAsia="en-GB"/>
        </w:rPr>
        <w:t>_____</w:t>
      </w:r>
    </w:p>
    <w:p w14:paraId="2B265AB6" w14:textId="7AF1A553" w:rsidR="002F368A" w:rsidRPr="000D5DA0" w:rsidRDefault="00917D15" w:rsidP="000D5DA0">
      <w:pPr>
        <w:spacing w:after="0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sz w:val="23"/>
          <w:szCs w:val="23"/>
          <w:lang w:val="en-GB" w:eastAsia="en-GB"/>
        </w:rPr>
        <w:pict w14:anchorId="58307855">
          <v:rect id="_x0000_i1027" style="width:0;height:1.5pt" o:hralign="center" o:hrstd="t" o:hr="t" fillcolor="#a0a0a0" stroked="f"/>
        </w:pict>
      </w:r>
    </w:p>
    <w:p w14:paraId="770F3B7B" w14:textId="4E088FA5" w:rsidR="00B17FF0" w:rsidRDefault="00B17FF0">
      <w:pP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Go to Part 2, on next page</w:t>
      </w:r>
      <w: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br w:type="page"/>
      </w:r>
    </w:p>
    <w:p w14:paraId="7C8925F4" w14:textId="3DC62F3E" w:rsidR="000B463E" w:rsidRDefault="000B463E" w:rsidP="00981E74">
      <w:pPr>
        <w:spacing w:before="100" w:beforeAutospacing="1" w:after="100" w:afterAutospacing="1" w:line="360" w:lineRule="auto"/>
        <w:outlineLvl w:val="2"/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lastRenderedPageBreak/>
        <w:t>Part 2: Housing Need</w:t>
      </w:r>
    </w:p>
    <w:p w14:paraId="465C68FD" w14:textId="6D259D68" w:rsidR="003F5AB3" w:rsidRPr="003F5AB3" w:rsidRDefault="009C7ACA" w:rsidP="003F5AB3">
      <w:pPr>
        <w:pStyle w:val="ListParagraph"/>
        <w:numPr>
          <w:ilvl w:val="0"/>
          <w:numId w:val="18"/>
        </w:numPr>
        <w:spacing w:before="100" w:beforeAutospacing="1" w:after="100" w:afterAutospacing="1" w:line="360" w:lineRule="auto"/>
        <w:ind w:left="357" w:hanging="357"/>
        <w:outlineLvl w:val="2"/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 w:rsidRPr="003F5AB3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What is the address of the</w:t>
      </w:r>
      <w:r w:rsidR="00F8027B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 xml:space="preserve"> p</w:t>
      </w:r>
      <w:r w:rsidR="005F7CA9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roperty you are seeking to purchase</w:t>
      </w:r>
      <w:r w:rsidR="003F5AB3" w:rsidRPr="003F5AB3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?</w:t>
      </w:r>
      <w:r w:rsidR="003F5AB3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 xml:space="preserve"> </w:t>
      </w:r>
      <w:r w:rsidR="003F5AB3">
        <w:rPr>
          <w:rFonts w:ascii="Arial" w:eastAsia="Times New Roman" w:hAnsi="Arial" w:cs="Arial"/>
          <w:sz w:val="23"/>
          <w:szCs w:val="23"/>
          <w:lang w:val="en-GB" w:eastAsia="en-GB"/>
        </w:rPr>
        <w:t>_______________________________________________________________________________________________________________________________________________________________________________________</w:t>
      </w:r>
      <w:r w:rsidR="008064EB">
        <w:rPr>
          <w:rFonts w:ascii="Arial" w:eastAsia="Times New Roman" w:hAnsi="Arial" w:cs="Arial"/>
          <w:sz w:val="23"/>
          <w:szCs w:val="23"/>
          <w:lang w:val="en-GB" w:eastAsia="en-GB"/>
        </w:rPr>
        <w:t>_________</w:t>
      </w:r>
    </w:p>
    <w:p w14:paraId="3482006C" w14:textId="20335A78" w:rsidR="000B463E" w:rsidRPr="002F368A" w:rsidRDefault="003F5AB3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2</w:t>
      </w:r>
      <w:r w:rsidR="000B463E"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. Who w</w:t>
      </w:r>
      <w:r w:rsidR="00212721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ould</w:t>
      </w:r>
      <w:r w:rsidR="000B463E"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 xml:space="preserve"> be moving to the new home?</w:t>
      </w:r>
    </w:p>
    <w:p w14:paraId="7A56EF98" w14:textId="7E56FCE7" w:rsidR="000B463E" w:rsidRPr="000B463E" w:rsidRDefault="000B463E" w:rsidP="00981E74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Number of people:</w:t>
      </w:r>
      <w:r w:rsidR="00726AAB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_______</w:t>
      </w:r>
    </w:p>
    <w:p w14:paraId="74329B8B" w14:textId="1480BD8F" w:rsidR="000B463E" w:rsidRPr="000B463E" w:rsidRDefault="000B463E" w:rsidP="00981E74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Ages and genders:</w:t>
      </w:r>
      <w:r w:rsidR="00726AAB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_</w:t>
      </w:r>
      <w:r w:rsidR="00713EB6">
        <w:rPr>
          <w:rFonts w:ascii="Arial" w:eastAsia="Times New Roman" w:hAnsi="Arial" w:cs="Arial"/>
          <w:sz w:val="23"/>
          <w:szCs w:val="23"/>
          <w:lang w:val="en-GB" w:eastAsia="en-GB"/>
        </w:rPr>
        <w:t>_________________________________________________________________________________________________________________________</w:t>
      </w:r>
    </w:p>
    <w:p w14:paraId="0A9E9A34" w14:textId="51F9DC1C" w:rsidR="00713EB6" w:rsidRP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2. What best describes your household?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B17FF0">
        <w:rPr>
          <w:rFonts w:ascii="Segoe UI Symbol" w:eastAsia="Times New Roman" w:hAnsi="Segoe UI Symbol" w:cs="Segoe UI Symbol"/>
          <w:sz w:val="40"/>
          <w:szCs w:val="40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Single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Pr="00B17FF0">
        <w:rPr>
          <w:rFonts w:ascii="Segoe UI Symbol" w:eastAsia="Times New Roman" w:hAnsi="Segoe UI Symbol" w:cs="Segoe UI Symbol"/>
          <w:sz w:val="40"/>
          <w:szCs w:val="40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Couple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Pr="00B17FF0">
        <w:rPr>
          <w:rFonts w:ascii="Segoe UI Symbol" w:eastAsia="Times New Roman" w:hAnsi="Segoe UI Symbol" w:cs="Segoe UI Symbol"/>
          <w:sz w:val="40"/>
          <w:szCs w:val="40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Family with children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Pr="00B17FF0">
        <w:rPr>
          <w:rFonts w:ascii="Segoe UI Symbol" w:eastAsia="Times New Roman" w:hAnsi="Segoe UI Symbol" w:cs="Segoe UI Symbol"/>
          <w:sz w:val="40"/>
          <w:szCs w:val="40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Other (please explain): </w:t>
      </w:r>
      <w:r w:rsidR="00713EB6">
        <w:rPr>
          <w:rFonts w:ascii="Arial" w:eastAsia="Times New Roman" w:hAnsi="Arial" w:cs="Arial"/>
          <w:sz w:val="23"/>
          <w:szCs w:val="23"/>
          <w:lang w:val="en-GB" w:eastAsia="en-GB"/>
        </w:rPr>
        <w:t>____________________________________________________________________________________________________________________________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__________</w:t>
      </w:r>
    </w:p>
    <w:p w14:paraId="364B7BD9" w14:textId="1FE651A6" w:rsid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3. Why do you need to move?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  <w:t>Tick all that apply: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B17FF0">
        <w:rPr>
          <w:rFonts w:ascii="Segoe UI Symbol" w:eastAsia="Times New Roman" w:hAnsi="Segoe UI Symbol" w:cs="Segoe UI Symbol"/>
          <w:sz w:val="40"/>
          <w:szCs w:val="40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First independent home</w:t>
      </w:r>
      <w:r w:rsidR="00DF69B0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DF69B0" w:rsidRPr="00B17FF0">
        <w:rPr>
          <w:rFonts w:ascii="Segoe UI Symbol" w:eastAsia="Times New Roman" w:hAnsi="Segoe UI Symbol" w:cs="Segoe UI Symbol"/>
          <w:sz w:val="40"/>
          <w:szCs w:val="40"/>
          <w:lang w:val="en-GB" w:eastAsia="en-GB"/>
        </w:rPr>
        <w:t>☐</w:t>
      </w:r>
      <w:r w:rsidR="00551710" w:rsidRPr="00B17FF0">
        <w:rPr>
          <w:rFonts w:ascii="Arial" w:eastAsia="Times New Roman" w:hAnsi="Arial" w:cs="Arial"/>
          <w:sz w:val="23"/>
          <w:szCs w:val="23"/>
          <w:lang w:val="en-GB" w:eastAsia="en-GB"/>
        </w:rPr>
        <w:t>Couple setting up home together</w:t>
      </w:r>
      <w:r w:rsidR="00B17FF0"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B17FF0">
        <w:rPr>
          <w:rFonts w:ascii="Segoe UI Symbol" w:eastAsia="Times New Roman" w:hAnsi="Segoe UI Symbol" w:cs="Segoe UI Symbol"/>
          <w:sz w:val="40"/>
          <w:szCs w:val="40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Home too small</w:t>
      </w:r>
      <w:r w:rsidR="00B17FF0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Home too large</w:t>
      </w:r>
      <w:r w:rsidR="00551710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B17FF0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="0027413B">
        <w:rPr>
          <w:rFonts w:ascii="Segoe UI Symbol" w:eastAsia="Times New Roman" w:hAnsi="Segoe UI Symbol" w:cs="Segoe UI Symbol"/>
          <w:sz w:val="23"/>
          <w:szCs w:val="23"/>
          <w:lang w:val="en-GB" w:eastAsia="en-GB"/>
        </w:rPr>
        <w:t xml:space="preserve"> </w:t>
      </w:r>
      <w:r w:rsidR="0027413B" w:rsidRPr="00B17FF0">
        <w:rPr>
          <w:rFonts w:ascii="Arial" w:eastAsia="Times New Roman" w:hAnsi="Arial" w:cs="Arial"/>
          <w:sz w:val="23"/>
          <w:szCs w:val="23"/>
          <w:lang w:val="en-GB" w:eastAsia="en-GB"/>
        </w:rPr>
        <w:t>In tied housing and need more security</w:t>
      </w:r>
      <w:r w:rsidRPr="00B17FF0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551710">
        <w:rPr>
          <w:rFonts w:ascii="Arial" w:eastAsia="Times New Roman" w:hAnsi="Arial" w:cs="Arial"/>
          <w:sz w:val="23"/>
          <w:szCs w:val="23"/>
          <w:lang w:val="en-GB" w:eastAsia="en-GB"/>
        </w:rPr>
        <w:t>Present home t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oo expensive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Tenancy ending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Need more security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Poor condition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Want to buy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Returning to area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Disability/adapted home needed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Closer to family/employment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Other (please explain): ___________________________</w:t>
      </w:r>
    </w:p>
    <w:p w14:paraId="677C371B" w14:textId="3C166203" w:rsidR="006C7FF1" w:rsidRDefault="006C7FF1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sz w:val="23"/>
          <w:szCs w:val="23"/>
          <w:lang w:val="en-GB" w:eastAsia="en-GB"/>
        </w:rPr>
        <w:lastRenderedPageBreak/>
        <w:t>Use this space to give more detail about why you need to move if necessary</w:t>
      </w:r>
    </w:p>
    <w:p w14:paraId="3A4E293A" w14:textId="0E46F99D" w:rsidR="006C7FF1" w:rsidRPr="000B463E" w:rsidRDefault="006C7FF1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sz w:val="23"/>
          <w:szCs w:val="23"/>
          <w:lang w:val="en-GB" w:eastAsia="en-GB"/>
        </w:rPr>
        <w:t>______________________________________________________________________________________________________________________________________</w:t>
      </w:r>
    </w:p>
    <w:p w14:paraId="08DB0668" w14:textId="77777777" w:rsidR="000B463E" w:rsidRP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Main reason for moving: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___________________________</w:t>
      </w:r>
    </w:p>
    <w:p w14:paraId="55917DB3" w14:textId="70A0B8A8" w:rsid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4. When do you need to move?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Now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Within 1 year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Within 3 years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Within 5 years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No</w:t>
      </w:r>
    </w:p>
    <w:p w14:paraId="45FE3C42" w14:textId="1B74DD4F" w:rsidR="006247F0" w:rsidRPr="00985D3E" w:rsidRDefault="006247F0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 xml:space="preserve">5. </w:t>
      </w:r>
      <w:r w:rsidR="00985D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Are you in need of another property in the </w:t>
      </w:r>
      <w:r w:rsidR="00836588">
        <w:rPr>
          <w:rFonts w:ascii="Arial" w:eastAsia="Times New Roman" w:hAnsi="Arial" w:cs="Arial"/>
          <w:sz w:val="23"/>
          <w:szCs w:val="23"/>
          <w:lang w:val="en-GB" w:eastAsia="en-GB"/>
        </w:rPr>
        <w:t>locality</w:t>
      </w:r>
      <w:r w:rsidR="00347437">
        <w:rPr>
          <w:rFonts w:ascii="Arial" w:eastAsia="Times New Roman" w:hAnsi="Arial" w:cs="Arial"/>
          <w:sz w:val="23"/>
          <w:szCs w:val="23"/>
          <w:lang w:val="en-GB" w:eastAsia="en-GB"/>
        </w:rPr>
        <w:t>?</w:t>
      </w:r>
      <w:r w:rsidR="00836588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="00836588">
        <w:rPr>
          <w:rFonts w:ascii="Segoe UI Symbol" w:eastAsia="Times New Roman" w:hAnsi="Segoe UI Symbol" w:cs="Segoe UI Symbol"/>
          <w:sz w:val="23"/>
          <w:szCs w:val="23"/>
          <w:lang w:val="en-GB" w:eastAsia="en-GB"/>
        </w:rPr>
        <w:t xml:space="preserve"> Yes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="00836588">
        <w:rPr>
          <w:rFonts w:ascii="Segoe UI Symbol" w:eastAsia="Times New Roman" w:hAnsi="Segoe UI Symbol" w:cs="Segoe UI Symbol"/>
          <w:sz w:val="23"/>
          <w:szCs w:val="23"/>
          <w:lang w:val="en-GB" w:eastAsia="en-GB"/>
        </w:rPr>
        <w:t>No</w:t>
      </w:r>
    </w:p>
    <w:p w14:paraId="49902587" w14:textId="77777777" w:rsidR="000B463E" w:rsidRPr="000B463E" w:rsidRDefault="00917D15" w:rsidP="00981E74">
      <w:pPr>
        <w:spacing w:after="0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sz w:val="23"/>
          <w:szCs w:val="23"/>
          <w:lang w:val="en-GB" w:eastAsia="en-GB"/>
        </w:rPr>
        <w:pict w14:anchorId="56853F47">
          <v:rect id="_x0000_i1028" style="width:0;height:1.5pt" o:hralign="center" o:hrstd="t" o:hr="t" fillcolor="#a0a0a0" stroked="f"/>
        </w:pict>
      </w:r>
    </w:p>
    <w:p w14:paraId="131D099D" w14:textId="35CFD960" w:rsidR="00B17FF0" w:rsidRDefault="0098215F">
      <w:pP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 xml:space="preserve">Go to Part 3, on next page </w:t>
      </w:r>
      <w:r w:rsidR="00B17FF0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br w:type="page"/>
      </w:r>
    </w:p>
    <w:p w14:paraId="39FC7C4B" w14:textId="61D713BC" w:rsidR="000B463E" w:rsidRPr="000B463E" w:rsidRDefault="000B463E" w:rsidP="00981E74">
      <w:pPr>
        <w:spacing w:before="100" w:beforeAutospacing="1" w:after="100" w:afterAutospacing="1" w:line="360" w:lineRule="auto"/>
        <w:outlineLvl w:val="2"/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lastRenderedPageBreak/>
        <w:t>Part 3: Current Housing Situation</w:t>
      </w:r>
    </w:p>
    <w:p w14:paraId="26391154" w14:textId="50BA2195" w:rsidR="000B463E" w:rsidRP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1. What is your current housing status?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Own outright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Mortgage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Council/Housing Association rent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Shared ownership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Private rent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Tied housing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Living with family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Lodging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Other: __________</w:t>
      </w:r>
    </w:p>
    <w:p w14:paraId="7F3FC2CE" w14:textId="1F2507BA" w:rsidR="00B17FF0" w:rsidRDefault="000B463E" w:rsidP="008064EB">
      <w:p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2. Type of current home: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___________________________</w:t>
      </w:r>
      <w:r w:rsidR="00B17FF0">
        <w:rPr>
          <w:rFonts w:ascii="Arial" w:eastAsia="Times New Roman" w:hAnsi="Arial" w:cs="Arial"/>
          <w:sz w:val="23"/>
          <w:szCs w:val="23"/>
          <w:lang w:val="en-GB" w:eastAsia="en-GB"/>
        </w:rPr>
        <w:t>______________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</w:p>
    <w:p w14:paraId="32FAAD7E" w14:textId="77777777" w:rsidR="00B17FF0" w:rsidRDefault="000B463E" w:rsidP="008064EB">
      <w:p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3. Number of bedrooms: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__________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</w:p>
    <w:p w14:paraId="2212E217" w14:textId="7531C6BD" w:rsidR="007D3A86" w:rsidRPr="008064EB" w:rsidRDefault="000B463E" w:rsidP="008064EB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4. Condition of current home: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Very good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Good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Fair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Poor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Very poor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  <w:t>If poor/very poor, please explain: ___________________________</w:t>
      </w:r>
      <w:r w:rsidR="00B17FF0">
        <w:rPr>
          <w:rFonts w:ascii="Arial" w:eastAsia="Times New Roman" w:hAnsi="Arial" w:cs="Arial"/>
          <w:sz w:val="23"/>
          <w:szCs w:val="23"/>
          <w:lang w:val="en-GB" w:eastAsia="en-GB"/>
        </w:rPr>
        <w:t>______________________________________________________________________________________________________________________________________________________________________________</w:t>
      </w:r>
    </w:p>
    <w:p w14:paraId="41042D6D" w14:textId="397BA740" w:rsidR="00B17FF0" w:rsidRDefault="0098215F">
      <w:pP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 xml:space="preserve">Go to Part 4, on next page </w:t>
      </w:r>
      <w:r w:rsidR="00B17FF0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br w:type="page"/>
      </w:r>
    </w:p>
    <w:p w14:paraId="1E2FDAFA" w14:textId="44DBD842" w:rsidR="000B463E" w:rsidRPr="000B463E" w:rsidRDefault="000B463E" w:rsidP="00981E74">
      <w:pPr>
        <w:spacing w:before="100" w:beforeAutospacing="1" w:after="100" w:afterAutospacing="1" w:line="360" w:lineRule="auto"/>
        <w:outlineLvl w:val="2"/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lastRenderedPageBreak/>
        <w:t>Part 4: Financial Information</w:t>
      </w:r>
    </w:p>
    <w:p w14:paraId="2CF06B35" w14:textId="72B23E7A" w:rsidR="000B463E" w:rsidRPr="00B17FF0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1. Do you receive housing benefit?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Yes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No</w:t>
      </w:r>
      <w:r w:rsidR="00B17FF0"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2. Weekly rent (if renting):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£__________</w:t>
      </w:r>
      <w:r w:rsidR="00B17FF0"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3. Estimated value of current home (if owned):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£__________</w:t>
      </w:r>
      <w:r w:rsidR="00B17FF0"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4. Mortgage balance (if applicable):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£__________</w:t>
      </w:r>
      <w:r w:rsidR="00B17FF0"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5. Council Tax Band: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A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B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C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D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E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F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G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H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6. Total household income (monthly or weekly):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£__________</w:t>
      </w:r>
      <w:r w:rsidR="00B17FF0"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7. Savings available for housing: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£__________</w:t>
      </w:r>
      <w:r w:rsidR="00B17FF0"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8. Employment status (number of people):</w:t>
      </w:r>
    </w:p>
    <w:p w14:paraId="1E4DA78C" w14:textId="77777777" w:rsidR="000B463E" w:rsidRPr="000B463E" w:rsidRDefault="000B463E" w:rsidP="00981E7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Full-time: ___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Part-time: ___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Unemployed (seeking): ___</w:t>
      </w:r>
    </w:p>
    <w:p w14:paraId="242170CA" w14:textId="77777777" w:rsidR="000B463E" w:rsidRPr="000B463E" w:rsidRDefault="000B463E" w:rsidP="00981E7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Unemployed (not seeking): ___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Retired: ___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Student: ___</w:t>
      </w:r>
    </w:p>
    <w:p w14:paraId="0AE72A7C" w14:textId="6EF3B33C" w:rsidR="000B463E" w:rsidRPr="00240F0D" w:rsidRDefault="000B463E" w:rsidP="00240F0D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Other: ___________________________</w:t>
      </w:r>
    </w:p>
    <w:p w14:paraId="61557F35" w14:textId="3EFE8F6B" w:rsidR="000B463E" w:rsidRDefault="00240F0D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9</w:t>
      </w:r>
      <w:r w:rsidR="000B463E"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. Does anyone work from home?</w:t>
      </w:r>
      <w:r w:rsidR="000B463E"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="000B463E"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Yes</w:t>
      </w:r>
      <w:r w:rsidR="000B463E"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="000B463E"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No</w:t>
      </w:r>
      <w:r w:rsidR="00B17FF0"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0B463E"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0B463E"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1</w:t>
      </w:r>
      <w: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0</w:t>
      </w:r>
      <w:r w:rsidR="000B463E"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. Where does your household work?</w:t>
      </w:r>
      <w:r w:rsidR="000B463E"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___________________________</w:t>
      </w:r>
      <w:r w:rsidR="00B17FF0">
        <w:rPr>
          <w:rFonts w:ascii="Arial" w:eastAsia="Times New Roman" w:hAnsi="Arial" w:cs="Arial"/>
          <w:sz w:val="23"/>
          <w:szCs w:val="23"/>
          <w:lang w:val="en-GB" w:eastAsia="en-GB"/>
        </w:rPr>
        <w:t>_______</w:t>
      </w:r>
    </w:p>
    <w:p w14:paraId="6BD92A09" w14:textId="74F308CB" w:rsidR="00B17FF0" w:rsidRPr="000B463E" w:rsidRDefault="00B17FF0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sz w:val="23"/>
          <w:szCs w:val="23"/>
          <w:lang w:val="en-GB" w:eastAsia="en-GB"/>
        </w:rPr>
        <w:t>___________________________________________________________________</w:t>
      </w:r>
    </w:p>
    <w:p w14:paraId="42A180A5" w14:textId="4997A7B0" w:rsidR="007D3A86" w:rsidRPr="006C7FF1" w:rsidRDefault="00917D15" w:rsidP="006C7FF1">
      <w:pPr>
        <w:spacing w:after="0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sz w:val="23"/>
          <w:szCs w:val="23"/>
          <w:lang w:val="en-GB" w:eastAsia="en-GB"/>
        </w:rPr>
        <w:pict w14:anchorId="3DF57D2E">
          <v:rect id="_x0000_i1029" style="width:0;height:1.5pt" o:hralign="center" o:hrstd="t" o:hr="t" fillcolor="#a0a0a0" stroked="f"/>
        </w:pict>
      </w:r>
    </w:p>
    <w:p w14:paraId="0AD144DA" w14:textId="472A4016" w:rsidR="00B17FF0" w:rsidRDefault="0098215F">
      <w:pP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 xml:space="preserve">Go to Part 5, on next page </w:t>
      </w:r>
      <w:r w:rsidR="00B17FF0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br w:type="page"/>
      </w:r>
    </w:p>
    <w:p w14:paraId="55B4C898" w14:textId="736BD4D8" w:rsidR="000B463E" w:rsidRPr="000B463E" w:rsidRDefault="000B463E" w:rsidP="00981E74">
      <w:pPr>
        <w:spacing w:before="100" w:beforeAutospacing="1" w:after="100" w:afterAutospacing="1" w:line="360" w:lineRule="auto"/>
        <w:outlineLvl w:val="2"/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lastRenderedPageBreak/>
        <w:t>Part 5: Housing Preferences</w:t>
      </w:r>
    </w:p>
    <w:p w14:paraId="1380519A" w14:textId="58F72CBC" w:rsidR="000B463E" w:rsidRP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1. Type of home needed: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House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Bungalow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Flat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Other: __________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Number of bedrooms needed: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1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2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3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4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5</w:t>
      </w:r>
    </w:p>
    <w:p w14:paraId="3CC74761" w14:textId="77777777" w:rsidR="000B463E" w:rsidRP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2. Are you registered on a housing waiting list?</w:t>
      </w:r>
    </w:p>
    <w:p w14:paraId="440A2430" w14:textId="4933CFB4" w:rsidR="000B463E" w:rsidRPr="000B463E" w:rsidRDefault="000B463E" w:rsidP="00981E74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Local Authority: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Yes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No</w:t>
      </w:r>
    </w:p>
    <w:p w14:paraId="541B1802" w14:textId="43B2E1BD" w:rsidR="000B463E" w:rsidRPr="000B463E" w:rsidRDefault="000B463E" w:rsidP="00981E74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Private landlord: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Yes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No</w:t>
      </w:r>
    </w:p>
    <w:p w14:paraId="2E74E503" w14:textId="0B44944C" w:rsidR="000B463E" w:rsidRP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3. Do you need any of the following?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Wheelchair access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One-level accommodation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Sheltered housing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Personal care support</w:t>
      </w:r>
    </w:p>
    <w:p w14:paraId="55826739" w14:textId="72DC7DB5" w:rsidR="000B463E" w:rsidRP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4. Preferred housing option: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Renting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Buying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Shared ownership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Self-build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Residential care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Other: __________</w:t>
      </w:r>
    </w:p>
    <w:p w14:paraId="06BEEC53" w14:textId="77777777" w:rsidR="000B463E" w:rsidRPr="000B463E" w:rsidRDefault="00917D15" w:rsidP="00981E74">
      <w:pPr>
        <w:spacing w:after="0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sz w:val="23"/>
          <w:szCs w:val="23"/>
          <w:lang w:val="en-GB" w:eastAsia="en-GB"/>
        </w:rPr>
        <w:pict w14:anchorId="0DD02202">
          <v:rect id="_x0000_i1030" style="width:0;height:1.5pt" o:hralign="center" o:hrstd="t" o:hr="t" fillcolor="#a0a0a0" stroked="f"/>
        </w:pict>
      </w:r>
    </w:p>
    <w:p w14:paraId="72F2414E" w14:textId="1F1EEE8D" w:rsidR="00B17FF0" w:rsidRDefault="0098215F">
      <w:pP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 xml:space="preserve">Go to Part 6, on next page </w:t>
      </w:r>
      <w:r w:rsidR="00B17FF0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br w:type="page"/>
      </w:r>
    </w:p>
    <w:p w14:paraId="657CCDDE" w14:textId="194B25B5" w:rsidR="000B463E" w:rsidRPr="000B463E" w:rsidRDefault="000B463E" w:rsidP="00981E74">
      <w:pPr>
        <w:spacing w:before="100" w:beforeAutospacing="1" w:after="100" w:afterAutospacing="1" w:line="360" w:lineRule="auto"/>
        <w:outlineLvl w:val="2"/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lastRenderedPageBreak/>
        <w:t>Part 6: Local Connection</w:t>
      </w:r>
    </w:p>
    <w:p w14:paraId="7FF2B3CF" w14:textId="79B3C8A4" w:rsidR="000B463E" w:rsidRP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1. Have you lived in the area for the past 3 years?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Yes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No</w:t>
      </w:r>
      <w:r w:rsidR="00B17FF0"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2. Previous addresses (last 3 years):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___________________________</w:t>
      </w:r>
      <w:r w:rsidR="00B17FF0"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3. Do you work in the area?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Yes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No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If yes, how long? ___ y</w:t>
      </w:r>
      <w:r w:rsidR="0098215F">
        <w:rPr>
          <w:rFonts w:ascii="Arial" w:eastAsia="Times New Roman" w:hAnsi="Arial" w:cs="Arial"/>
          <w:sz w:val="23"/>
          <w:szCs w:val="23"/>
          <w:lang w:val="en-GB" w:eastAsia="en-GB"/>
        </w:rPr>
        <w:t>rs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___ </w:t>
      </w:r>
      <w:proofErr w:type="spellStart"/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m</w:t>
      </w:r>
      <w:r w:rsidR="0098215F">
        <w:rPr>
          <w:rFonts w:ascii="Arial" w:eastAsia="Times New Roman" w:hAnsi="Arial" w:cs="Arial"/>
          <w:sz w:val="23"/>
          <w:szCs w:val="23"/>
          <w:lang w:val="en-GB" w:eastAsia="en-GB"/>
        </w:rPr>
        <w:t>th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s</w:t>
      </w:r>
      <w:proofErr w:type="spellEnd"/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4. Have you been offered work in the area?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Yes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No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5. Are you a former resident wanting to return?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Yes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No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6. Did you live in the area before age 18?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Yes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No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How many years? ___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7. Have you lived in the area since age 18?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Yes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No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How many years? ___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8. Do you currently live in the area?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Yes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No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How many years? ___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9. Do you own any other properties?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Yes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No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Value: £__________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10. Would you need to sell your home to take part in the scheme?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Yes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No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11. Would your current home be available to someone else in need?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Yes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No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  <w:t>If yes, please explain: ___________________________</w:t>
      </w:r>
    </w:p>
    <w:p w14:paraId="19C185D7" w14:textId="77777777" w:rsidR="0098215F" w:rsidRDefault="0098215F" w:rsidP="0098215F">
      <w:pPr>
        <w:spacing w:after="0" w:line="360" w:lineRule="auto"/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Go to Part 7, on next page</w:t>
      </w:r>
    </w:p>
    <w:p w14:paraId="79DD61C3" w14:textId="77777777" w:rsidR="0098215F" w:rsidRDefault="0098215F">
      <w:pP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br w:type="page"/>
      </w:r>
    </w:p>
    <w:p w14:paraId="306021B1" w14:textId="303845E0" w:rsidR="000B463E" w:rsidRPr="0098215F" w:rsidRDefault="0098215F" w:rsidP="0098215F">
      <w:pPr>
        <w:spacing w:after="0" w:line="360" w:lineRule="auto"/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lastRenderedPageBreak/>
        <w:t>Pa</w:t>
      </w:r>
      <w:r w:rsidR="000B463E" w:rsidRPr="0098215F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rt 7: Additional Information</w:t>
      </w:r>
    </w:p>
    <w:p w14:paraId="72F945AF" w14:textId="782398EE" w:rsidR="000B463E" w:rsidRP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1. Do you have family living locally (not included in this application)?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Yes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No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  <w:t xml:space="preserve">If yes, who?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Parents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Grandparents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Siblings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Other: __________</w:t>
      </w:r>
    </w:p>
    <w:p w14:paraId="5FF3483A" w14:textId="3817E70F" w:rsidR="000B463E" w:rsidRP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2. Do you have skills that could help reduce building costs (e.g. builder, architect)?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Yes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If yes, please explain: ___________________________</w:t>
      </w:r>
    </w:p>
    <w:p w14:paraId="1326CA71" w14:textId="311A58E1" w:rsidR="000B463E" w:rsidRP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3. Are you ready to proceed immediately if successful?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Yes 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No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  <w:t>If no, what needs to happen first? ___________________________</w:t>
      </w:r>
    </w:p>
    <w:p w14:paraId="5230FDB5" w14:textId="03D7118A" w:rsidR="000B463E" w:rsidRP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4. What price range can you afford?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Under £75,000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£75,000–£100,000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£100,000–£125,000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£125,000–£150,000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£150,000–£175,000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£175,000–£200,000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br/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£200,000–£250,000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 </w:t>
      </w:r>
      <w:r w:rsidR="00B17FF0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Over £250,000 (please state): £__________</w:t>
      </w:r>
    </w:p>
    <w:p w14:paraId="3C81EC7C" w14:textId="77777777" w:rsidR="000B463E" w:rsidRPr="000B463E" w:rsidRDefault="000B463E" w:rsidP="00981E74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>Breakdown of affordability:</w:t>
      </w:r>
    </w:p>
    <w:p w14:paraId="5F5A21D1" w14:textId="77777777" w:rsidR="000B463E" w:rsidRPr="000B463E" w:rsidRDefault="000B463E" w:rsidP="00981E74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Savings/Capital (A): £__________</w:t>
      </w:r>
    </w:p>
    <w:p w14:paraId="1FD047CA" w14:textId="77777777" w:rsidR="000B463E" w:rsidRPr="000B463E" w:rsidRDefault="000B463E" w:rsidP="00981E74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Borrowing (B): £__________</w:t>
      </w:r>
    </w:p>
    <w:p w14:paraId="7BE3A8C7" w14:textId="7EA785E9" w:rsidR="006A4A8F" w:rsidRPr="00657D6D" w:rsidRDefault="000B463E" w:rsidP="00981E74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 w:rsidRPr="000B463E">
        <w:rPr>
          <w:rFonts w:ascii="Arial" w:eastAsia="Times New Roman" w:hAnsi="Arial" w:cs="Arial"/>
          <w:sz w:val="23"/>
          <w:szCs w:val="23"/>
          <w:lang w:val="en-GB" w:eastAsia="en-GB"/>
        </w:rPr>
        <w:t>Practical contribution (C): £__________</w:t>
      </w:r>
    </w:p>
    <w:p w14:paraId="5F06D67F" w14:textId="77777777" w:rsidR="00657D6D" w:rsidRDefault="00657D6D" w:rsidP="00652181">
      <w:p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</w:p>
    <w:p w14:paraId="71ACF1EE" w14:textId="35D2BA88" w:rsidR="000003AD" w:rsidRPr="00E63FB2" w:rsidRDefault="00657D6D" w:rsidP="0098215F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 w:rsidRPr="00657D6D"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lastRenderedPageBreak/>
        <w:t xml:space="preserve">5. </w:t>
      </w:r>
      <w:r w:rsidR="00E63FB2">
        <w:rPr>
          <w:rFonts w:ascii="Arial" w:eastAsia="Times New Roman" w:hAnsi="Arial" w:cs="Arial"/>
          <w:sz w:val="23"/>
          <w:szCs w:val="23"/>
          <w:lang w:val="en-GB" w:eastAsia="en-GB"/>
        </w:rPr>
        <w:t>Is there any other information</w:t>
      </w:r>
      <w:r w:rsidR="00917D15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we need to know which may be</w:t>
      </w:r>
      <w:r w:rsidR="00E63FB2">
        <w:rPr>
          <w:rFonts w:ascii="Arial" w:eastAsia="Times New Roman" w:hAnsi="Arial" w:cs="Arial"/>
          <w:sz w:val="23"/>
          <w:szCs w:val="23"/>
          <w:lang w:val="en-GB" w:eastAsia="en-GB"/>
        </w:rPr>
        <w:t xml:space="preserve"> relevant to your application  Yes </w:t>
      </w:r>
      <w:r w:rsidR="009A1524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  <w:r w:rsidR="009A1524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 xml:space="preserve">  </w:t>
      </w:r>
      <w:r w:rsidR="009A1524">
        <w:rPr>
          <w:rFonts w:ascii="Arial" w:eastAsia="Times New Roman" w:hAnsi="Arial" w:cs="Arial"/>
          <w:sz w:val="23"/>
          <w:szCs w:val="23"/>
          <w:lang w:val="en-GB" w:eastAsia="en-GB"/>
        </w:rPr>
        <w:t>No</w:t>
      </w:r>
      <w:r w:rsidR="00E63FB2" w:rsidRPr="00B17FF0">
        <w:rPr>
          <w:rFonts w:ascii="Segoe UI Symbol" w:eastAsia="Times New Roman" w:hAnsi="Segoe UI Symbol" w:cs="Segoe UI Symbol"/>
          <w:sz w:val="40"/>
          <w:szCs w:val="23"/>
          <w:lang w:val="en-GB" w:eastAsia="en-GB"/>
        </w:rPr>
        <w:t>☐</w:t>
      </w:r>
    </w:p>
    <w:p w14:paraId="03862BA0" w14:textId="4615F7CD" w:rsidR="00657D6D" w:rsidRPr="000003AD" w:rsidRDefault="00E63FB2" w:rsidP="0098215F">
      <w:p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val="en-GB" w:eastAsia="en-GB"/>
        </w:rPr>
        <w:t xml:space="preserve">6. </w:t>
      </w:r>
      <w:r w:rsidR="00657D6D">
        <w:rPr>
          <w:rFonts w:ascii="Arial" w:eastAsia="Times New Roman" w:hAnsi="Arial" w:cs="Arial"/>
          <w:sz w:val="23"/>
          <w:szCs w:val="23"/>
          <w:lang w:val="en-GB" w:eastAsia="en-GB"/>
        </w:rPr>
        <w:t>Please use this space to tell us any other information that may be relevant to your application:</w:t>
      </w:r>
    </w:p>
    <w:p w14:paraId="730224CB" w14:textId="0FB8DE7A" w:rsidR="00657D6D" w:rsidRDefault="000003AD" w:rsidP="0098215F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sz w:val="23"/>
          <w:szCs w:val="23"/>
          <w:lang w:val="en-GB"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E1A19B" w14:textId="0E05CDE7" w:rsidR="00917D15" w:rsidRPr="00657D6D" w:rsidRDefault="00917D15" w:rsidP="0098215F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3"/>
          <w:szCs w:val="23"/>
          <w:lang w:val="en-GB" w:eastAsia="en-GB"/>
        </w:rPr>
      </w:pPr>
      <w:r>
        <w:rPr>
          <w:rFonts w:ascii="Arial" w:eastAsia="Times New Roman" w:hAnsi="Arial" w:cs="Arial"/>
          <w:sz w:val="23"/>
          <w:szCs w:val="23"/>
          <w:lang w:val="en-GB" w:eastAsia="en-GB"/>
        </w:rPr>
        <w:t>Continue on separate sheet if necessary</w:t>
      </w:r>
    </w:p>
    <w:p w14:paraId="50C85B48" w14:textId="77777777" w:rsidR="00657D6D" w:rsidRDefault="00657D6D" w:rsidP="0098215F">
      <w:p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</w:pPr>
    </w:p>
    <w:p w14:paraId="09DB3735" w14:textId="4D445046" w:rsidR="0098215F" w:rsidRPr="0098215F" w:rsidRDefault="0098215F" w:rsidP="0098215F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98215F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Please check all Parts are complete before sending form. Thank you.</w:t>
      </w:r>
    </w:p>
    <w:sectPr w:rsidR="0098215F" w:rsidRPr="0098215F" w:rsidSect="0098215F"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EAF4E" w14:textId="77777777" w:rsidR="00E74B12" w:rsidRDefault="00E74B12" w:rsidP="0098215F">
      <w:pPr>
        <w:spacing w:after="0" w:line="240" w:lineRule="auto"/>
      </w:pPr>
      <w:r>
        <w:separator/>
      </w:r>
    </w:p>
  </w:endnote>
  <w:endnote w:type="continuationSeparator" w:id="0">
    <w:p w14:paraId="41040277" w14:textId="77777777" w:rsidR="00E74B12" w:rsidRDefault="00E74B12" w:rsidP="00982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0718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C2C422" w14:textId="23A3AF98" w:rsidR="0098215F" w:rsidRDefault="0098215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7EC411" w14:textId="77777777" w:rsidR="0098215F" w:rsidRDefault="009821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CE8DE" w14:textId="77777777" w:rsidR="00E74B12" w:rsidRDefault="00E74B12" w:rsidP="0098215F">
      <w:pPr>
        <w:spacing w:after="0" w:line="240" w:lineRule="auto"/>
      </w:pPr>
      <w:r>
        <w:separator/>
      </w:r>
    </w:p>
  </w:footnote>
  <w:footnote w:type="continuationSeparator" w:id="0">
    <w:p w14:paraId="700F2203" w14:textId="77777777" w:rsidR="00E74B12" w:rsidRDefault="00E74B12" w:rsidP="009821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2908C6"/>
    <w:multiLevelType w:val="multilevel"/>
    <w:tmpl w:val="76A89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F93B6A"/>
    <w:multiLevelType w:val="multilevel"/>
    <w:tmpl w:val="0526F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674E96"/>
    <w:multiLevelType w:val="hybridMultilevel"/>
    <w:tmpl w:val="A77007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695D65"/>
    <w:multiLevelType w:val="multilevel"/>
    <w:tmpl w:val="8F10F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BD4AC7"/>
    <w:multiLevelType w:val="hybridMultilevel"/>
    <w:tmpl w:val="E00CE3C2"/>
    <w:lvl w:ilvl="0" w:tplc="47EEE1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9AD3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0622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B640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90B6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72873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52B8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3010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6E60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53B4B18"/>
    <w:multiLevelType w:val="multilevel"/>
    <w:tmpl w:val="38E63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7E5D79"/>
    <w:multiLevelType w:val="hybridMultilevel"/>
    <w:tmpl w:val="C1B282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C81D17"/>
    <w:multiLevelType w:val="multilevel"/>
    <w:tmpl w:val="7AEC1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602938"/>
    <w:multiLevelType w:val="multilevel"/>
    <w:tmpl w:val="2634E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4D1C8C"/>
    <w:multiLevelType w:val="multilevel"/>
    <w:tmpl w:val="973A2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7582621">
    <w:abstractNumId w:val="8"/>
  </w:num>
  <w:num w:numId="2" w16cid:durableId="1745953776">
    <w:abstractNumId w:val="6"/>
  </w:num>
  <w:num w:numId="3" w16cid:durableId="638996180">
    <w:abstractNumId w:val="5"/>
  </w:num>
  <w:num w:numId="4" w16cid:durableId="426998894">
    <w:abstractNumId w:val="4"/>
  </w:num>
  <w:num w:numId="5" w16cid:durableId="1383020112">
    <w:abstractNumId w:val="7"/>
  </w:num>
  <w:num w:numId="6" w16cid:durableId="1113599416">
    <w:abstractNumId w:val="3"/>
  </w:num>
  <w:num w:numId="7" w16cid:durableId="1508326280">
    <w:abstractNumId w:val="2"/>
  </w:num>
  <w:num w:numId="8" w16cid:durableId="1855487193">
    <w:abstractNumId w:val="1"/>
  </w:num>
  <w:num w:numId="9" w16cid:durableId="209925845">
    <w:abstractNumId w:val="0"/>
  </w:num>
  <w:num w:numId="10" w16cid:durableId="313877143">
    <w:abstractNumId w:val="12"/>
  </w:num>
  <w:num w:numId="11" w16cid:durableId="1443765676">
    <w:abstractNumId w:val="9"/>
  </w:num>
  <w:num w:numId="12" w16cid:durableId="451288474">
    <w:abstractNumId w:val="18"/>
  </w:num>
  <w:num w:numId="13" w16cid:durableId="542249488">
    <w:abstractNumId w:val="16"/>
  </w:num>
  <w:num w:numId="14" w16cid:durableId="1121537208">
    <w:abstractNumId w:val="10"/>
  </w:num>
  <w:num w:numId="15" w16cid:durableId="175268050">
    <w:abstractNumId w:val="17"/>
  </w:num>
  <w:num w:numId="16" w16cid:durableId="1249073366">
    <w:abstractNumId w:val="14"/>
  </w:num>
  <w:num w:numId="17" w16cid:durableId="784428828">
    <w:abstractNumId w:val="11"/>
  </w:num>
  <w:num w:numId="18" w16cid:durableId="1925457050">
    <w:abstractNumId w:val="15"/>
  </w:num>
  <w:num w:numId="19" w16cid:durableId="3899602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3AD"/>
    <w:rsid w:val="00034616"/>
    <w:rsid w:val="0006063C"/>
    <w:rsid w:val="000A62DD"/>
    <w:rsid w:val="000B20D4"/>
    <w:rsid w:val="000B463E"/>
    <w:rsid w:val="000D5DA0"/>
    <w:rsid w:val="000F04C1"/>
    <w:rsid w:val="0015074B"/>
    <w:rsid w:val="00212721"/>
    <w:rsid w:val="00240F0D"/>
    <w:rsid w:val="0027413B"/>
    <w:rsid w:val="0029639D"/>
    <w:rsid w:val="002F368A"/>
    <w:rsid w:val="00312559"/>
    <w:rsid w:val="00326F90"/>
    <w:rsid w:val="00347437"/>
    <w:rsid w:val="003F5AB3"/>
    <w:rsid w:val="0051726F"/>
    <w:rsid w:val="00551710"/>
    <w:rsid w:val="005F7CA9"/>
    <w:rsid w:val="006247F0"/>
    <w:rsid w:val="00652181"/>
    <w:rsid w:val="00657D6D"/>
    <w:rsid w:val="00683E4A"/>
    <w:rsid w:val="006A3895"/>
    <w:rsid w:val="006A4A8F"/>
    <w:rsid w:val="006C7FF1"/>
    <w:rsid w:val="00713EB6"/>
    <w:rsid w:val="00726AAB"/>
    <w:rsid w:val="0078089C"/>
    <w:rsid w:val="007D3A86"/>
    <w:rsid w:val="007E5E19"/>
    <w:rsid w:val="008064EB"/>
    <w:rsid w:val="00836588"/>
    <w:rsid w:val="0086005C"/>
    <w:rsid w:val="008B63BF"/>
    <w:rsid w:val="008E42DF"/>
    <w:rsid w:val="00917D15"/>
    <w:rsid w:val="00975968"/>
    <w:rsid w:val="00981E74"/>
    <w:rsid w:val="0098215F"/>
    <w:rsid w:val="00985D3E"/>
    <w:rsid w:val="009A1524"/>
    <w:rsid w:val="009C7ACA"/>
    <w:rsid w:val="00AA1D8D"/>
    <w:rsid w:val="00AC7762"/>
    <w:rsid w:val="00B17FF0"/>
    <w:rsid w:val="00B47730"/>
    <w:rsid w:val="00B56827"/>
    <w:rsid w:val="00B954D5"/>
    <w:rsid w:val="00C51DBE"/>
    <w:rsid w:val="00C84109"/>
    <w:rsid w:val="00CB0664"/>
    <w:rsid w:val="00D029D2"/>
    <w:rsid w:val="00DF69B0"/>
    <w:rsid w:val="00E63FB2"/>
    <w:rsid w:val="00E74B12"/>
    <w:rsid w:val="00EC0D1E"/>
    <w:rsid w:val="00F8027B"/>
    <w:rsid w:val="00FC693F"/>
    <w:rsid w:val="00FE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2"/>
    <o:shapelayout v:ext="edit">
      <o:idmap v:ext="edit" data="1"/>
    </o:shapelayout>
  </w:shapeDefaults>
  <w:decimalSymbol w:val="."/>
  <w:listSeparator w:val=","/>
  <w14:docId w14:val="21B69D1B"/>
  <w14:defaultImageDpi w14:val="300"/>
  <w15:docId w15:val="{3D1131A0-DCB6-41B4-B349-FE1B3419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140b8c-68e3-420b-b464-a29a14eac008" xsi:nil="true"/>
    <lcf76f155ced4ddcb4097134ff3c332f xmlns="37392414-dfd7-4c7c-af59-4f53c40a35e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21255EDFF71C419BB803DC9345E699" ma:contentTypeVersion="16" ma:contentTypeDescription="Create a new document." ma:contentTypeScope="" ma:versionID="67c318b51ae601eac94f65e88faeacd4">
  <xsd:schema xmlns:xsd="http://www.w3.org/2001/XMLSchema" xmlns:xs="http://www.w3.org/2001/XMLSchema" xmlns:p="http://schemas.microsoft.com/office/2006/metadata/properties" xmlns:ns2="37392414-dfd7-4c7c-af59-4f53c40a35ea" xmlns:ns3="a7140b8c-68e3-420b-b464-a29a14eac008" targetNamespace="http://schemas.microsoft.com/office/2006/metadata/properties" ma:root="true" ma:fieldsID="73ab0792744e3585371314cd66cda318" ns2:_="" ns3:_="">
    <xsd:import namespace="37392414-dfd7-4c7c-af59-4f53c40a35ea"/>
    <xsd:import namespace="a7140b8c-68e3-420b-b464-a29a14eac0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392414-dfd7-4c7c-af59-4f53c40a3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0e531e9-5551-44a2-9197-36703813fc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140b8c-68e3-420b-b464-a29a14eac00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c49bad-8deb-46f4-8c34-87e19b035027}" ma:internalName="TaxCatchAll" ma:showField="CatchAllData" ma:web="a7140b8c-68e3-420b-b464-a29a14eac0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984A15-E77A-4AF2-9A99-92D29045DD44}">
  <ds:schemaRefs>
    <ds:schemaRef ds:uri="http://schemas.microsoft.com/office/2006/metadata/properties"/>
    <ds:schemaRef ds:uri="http://schemas.microsoft.com/office/infopath/2007/PartnerControls"/>
    <ds:schemaRef ds:uri="a7140b8c-68e3-420b-b464-a29a14eac008"/>
    <ds:schemaRef ds:uri="37392414-dfd7-4c7c-af59-4f53c40a35ea"/>
  </ds:schemaRefs>
</ds:datastoreItem>
</file>

<file path=customXml/itemProps3.xml><?xml version="1.0" encoding="utf-8"?>
<ds:datastoreItem xmlns:ds="http://schemas.openxmlformats.org/officeDocument/2006/customXml" ds:itemID="{F84B0991-D21C-4A2E-92DE-D8F708CE8D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5744E1-CF40-4579-B8A3-6EC2F4F66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392414-dfd7-4c7c-af59-4f53c40a35ea"/>
    <ds:schemaRef ds:uri="a7140b8c-68e3-420b-b464-a29a14eac0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10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 Millican</cp:lastModifiedBy>
  <cp:revision>44</cp:revision>
  <dcterms:created xsi:type="dcterms:W3CDTF">2025-10-22T10:52:00Z</dcterms:created>
  <dcterms:modified xsi:type="dcterms:W3CDTF">2025-11-26T12:06:00Z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0x0101004121255EDFF71C419BB803DC9345E699</vt:lpwstr>
  </property>
  <property fmtid="{D5CDD505-2E9C-101B-9397-08002B2CF9AE}" pid="3" name="MediaServiceImageTags">
    <vt:lpwstr/>
  </property>
</Properties>
</file>